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12:26-14:26 Lipunmyyntilinkkien testaus osa 2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