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Terveyskuja 2 B, 02770,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12:00-15:00 Banaanikakkuleipojaiset</w:t>
      </w:r>
    </w:p>
    <w:p>
      <w:r>
        <w:t>Kokkikerho banaanikakun rakastajille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