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Otakaari 7, 02150,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15:00-17:00 testi 25.8. uusi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