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13:48-15:48 Asiasanatesti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