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Firdonkatu 2, 00520,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18:00-19:00 Tapahtuma joka muuttuu päättyneeksi 17.9.</w:t>
      </w:r>
    </w:p>
    <w:p>
      <w:r>
        <w:t>tapahtuma joka päättyy jo tänään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