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Laivastokatu 1c, 00160, Helsinki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18:00-19:00 Alitapahtuma 3 (22.9.)</w:t>
      </w:r>
    </w:p>
    <w:p>
      <w:r>
        <w:t>kattotapahtuma ja 4 alitapahtumaa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