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11:00-15:00 UNETON – jännittävä pakopeli Annantalolla (HUOM. TÄYNNÄ)</w:t>
      </w:r>
    </w:p>
    <w:p>
      <w:r>
        <w:t>Pakopelissä seurataan tarinaa, ratkotaan siihen liittyviä hauskoja ja haastavia pulmatehtäviä sekä avataan lukkoja. Pelissä riittää pähkäiltävää aikuisillekin. Kaiken keskiössä on yhteistyö!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