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15.9.2023-16.9.2023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>09:15-00:00 Skidikino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