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17:00-00:00 Unelmien puutarha | LOPPUUNMYYTY</w:t>
      </w:r>
    </w:p>
    <w:p>
      <w:r>
        <w:t>Unelmien puutarha on lastenteatteriesitys unelmoinnista ja haaveista, omaan itseen uskomisesta ja omannäköisen elämän elämisestä.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