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14:00-16:00 SIIRTYY | Kino Caisa: Costa Brava, Lebanon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