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09:30-00:00 Pulpettikinon lyhytelokuvanäytös 2023 – 36th Helsinki International Film Festival – Rakkautta &amp; Anarkiaa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