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Turunlinnantie 1, 00900, Helsinki</w:t>
      </w:r>
    </w:p>
    <w:p>
      <w:r>
        <w:t>28.2.2024-29.2.2024</w:t>
      </w:r>
    </w:p>
    <w:p>
      <w:pPr>
        <w:pStyle w:val="Heading1"/>
      </w:pPr>
      <w:r>
        <w:t>28.2.2024-29.2.2024</w:t>
      </w:r>
    </w:p>
    <w:p>
      <w:pPr>
        <w:pStyle w:val="Heading2"/>
      </w:pPr>
      <w:r>
        <w:t>09:15-00:00 Taaperosirkuksen jatkokurssi</w:t>
      </w:r>
    </w:p>
    <w:p>
      <w:r>
        <w:t>Taaperosirkuksen jatkokurssilla ke 7.2.-13.2. (5x) klo 9.15-10 niin lapset kuin heidän aikuisensa pääsevät oppimaan uusia taitoja ja kehittämään alkeiskurssilla opittua.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