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Turunlinnantie 1, 00900, Helsinki</w:t>
      </w:r>
    </w:p>
    <w:p>
      <w:r>
        <w:t>17.4.2024 keskiviikko</w:t>
      </w:r>
    </w:p>
    <w:p>
      <w:pPr>
        <w:pStyle w:val="Heading1"/>
      </w:pPr>
      <w:r>
        <w:t>17.4.2024 keskiviikko</w:t>
      </w:r>
    </w:p>
    <w:p>
      <w:pPr>
        <w:pStyle w:val="Heading2"/>
      </w:pPr>
      <w:r>
        <w:t>10:30-11:15 Vauvasirkuksen alkeiskurssi</w:t>
      </w:r>
    </w:p>
    <w:p>
      <w:r>
        <w:t>Vauvasirkuksessa pääset pitämään hauskaa naperosi kanssa turvallisessa, mutta virikkeellisessä ympäristössä. Kurssiaika: ke 20.3.-17.4. (5x) klo 10.30-11.15.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