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16.5.2024 torstai</w:t>
      </w:r>
    </w:p>
    <w:p>
      <w:pPr>
        <w:pStyle w:val="Heading1"/>
      </w:pPr>
      <w:r>
        <w:t>16.5.2024-17.5.2024</w:t>
      </w:r>
    </w:p>
    <w:p>
      <w:pPr>
        <w:pStyle w:val="Heading2"/>
      </w:pPr>
      <w:r>
        <w:t>18:00-00:00 LOPPUUNMYYTY Pikku Papun Orkesteri &amp; Umo Helsinki Jazz Orchestra</w:t>
      </w:r>
    </w:p>
    <w:p>
      <w:r>
        <w:t>Kun yhdistetään Pikku Papun Orkesteri ja UMO Helsinki Jazz Orchestra, saadaan iiiiiiiso lastenmusiikkikonsertti!</w:t>
      </w:r>
    </w:p>
    <w:p>
      <w:r>
        <w:t>7 €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