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17.6.2024 maanantai</w:t>
      </w:r>
    </w:p>
    <w:p>
      <w:pPr>
        <w:pStyle w:val="Heading1"/>
      </w:pPr>
      <w:r>
        <w:t>17.6.2024-19.6.2024</w:t>
      </w:r>
    </w:p>
    <w:p>
      <w:pPr>
        <w:pStyle w:val="Heading2"/>
      </w:pPr>
      <w:r>
        <w:t>10:00-14:00 Pehmee kaupunki -kesäkurssi Meri-Rastilassa – Kesäkurssi 1–3-luokkalaisille</w:t>
      </w:r>
    </w:p>
    <w:p>
      <w:r>
        <w:t>Tule Pehmee kaupunki -tanssileirille tutkimaan kaupunkitilaa liikkeen ja luovan leikin keinoin!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