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18:00-20:00 Stella Polaris: Vapaa pudotus</w:t>
      </w:r>
    </w:p>
    <w:p>
      <w:r>
        <w:t>Stella Polariksen klassikko, Vapaa pudotus, on näytelmä, jossa mitään ei ole sovittu ennalta.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