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18.10.2024-19.10.2024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19:00-00:00 The Song of Steppes | Bronze Silver and Brass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