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19:00-22:00 Alterne | Colectivo AZUL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11 €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