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18:00-00:00 Finglish stand-up-ilta | Fathi Ahmed, Karim Aldulaimi – Vuotalo World Club</w:t>
      </w:r>
    </w:p>
    <w:p>
      <w:r>
        <w:t>Let’s make Itä-Helsinki Great again!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