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13:30-00:00 Katso minua silmiin – Kitka Kollektiivi ja Janina Rajakangas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