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23.5.2025 perjantai</w:t>
      </w:r>
    </w:p>
    <w:p>
      <w:pPr>
        <w:pStyle w:val="Heading1"/>
      </w:pPr>
      <w:r>
        <w:t>23.5.2025-24.5.2025</w:t>
      </w:r>
    </w:p>
    <w:p>
      <w:pPr>
        <w:pStyle w:val="Heading2"/>
      </w:pPr>
      <w:r>
        <w:t>19:00-00:00 Katja Lundén Company: Flamencon ilta</w:t>
      </w:r>
    </w:p>
    <w:p>
      <w:r>
        <w:t>Flamencon illassa monisävyistä ja sielukasta flamencoa tulkitsevat pohjoismaisen flamencon kärkeen kuuluvan Katja Lundénin edistyneet oppilaat.</w:t>
      </w:r>
    </w:p>
    <w:p>
      <w:r>
        <w:t>24,5 / 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