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17:00-00:00 Yhteislaulut</w:t>
      </w:r>
    </w:p>
    <w:p>
      <w:r>
        <w:t>Tule mukaan laulamaan! Suositut Malmitalon yhteislaulut jatkuvat syksyllä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