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13:00-19:00 Malmi Mayhemi 2 – Mukana mm. Notkea Rotta &amp; MC Rautaperse ja Taikuri Luttinen!</w:t>
      </w:r>
    </w:p>
    <w:p>
      <w:r>
        <w:t>Malmi on skenen epicentrum, lähiöiden paratiisi, Helsingin Forssa. Malmi vetää puoleensa kuin magneetti. Tervetuloa M-alueelle!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