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16:00-19:30 Welcome Day Malmitalo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