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18:00-00:00 Juurisyy</w:t>
      </w:r>
    </w:p>
    <w:p>
      <w:r>
        <w:t>Liisa Akimof, Katriina Honkanen ja Maria Hänninen konsertoivat yhdessä! Juurisyy-konsertin kiertue käynnistyy Kanneltalosta.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