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Klaneettitie 5, 00420, Helsinki</w:t>
      </w:r>
    </w:p>
    <w:p>
      <w:r>
        <w:t>4.10.2025 lauantai</w:t>
      </w:r>
    </w:p>
    <w:p>
      <w:pPr>
        <w:pStyle w:val="Heading1"/>
      </w:pPr>
      <w:r>
        <w:t>4.10.2025-5.10.2025</w:t>
      </w:r>
    </w:p>
    <w:p>
      <w:pPr>
        <w:pStyle w:val="Heading2"/>
      </w:pPr>
      <w:r>
        <w:t>18:00-00:00 Eliökollektiivi: Vieraat – Kantaesitys</w:t>
      </w:r>
    </w:p>
    <w:p>
      <w:r>
        <w:t>Vieraat on leikkisä ja syvällinen tutkielma siitä, miten muunlajiset eläimet voisivat astua mukaan esitykseen omilla ehdoillaan.</w:t>
      </w:r>
    </w:p>
    <w:p>
      <w:r>
        <w:t>20 € / 15 € / 0 €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