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6.6.2025-7.6.2025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14:00-00:00 MIL-Espa: Lapin sotilassoittokunta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