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16:00-18:00 Skeittipakun kesäskeittikoulu Stoan aukiolla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