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15.8.2025-16.8.2025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14:00-00:00 MIL-Espa: Kaartin soittokunta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