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14:00-20:00 Disability Day Art &amp; Action – Käytä ääntäsi</w:t>
      </w:r>
    </w:p>
    <w:p>
      <w:r>
        <w:t>DiDa-festivaali on äänekäs kansainvälisenä vammaisten päivänä 3.12.2025!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