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28.8.2025 torstai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09:30-00:00 Jussin metsäsadut – Tarinallinen saturetki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