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10.12.2025 keskiviikko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10:00-00:00 Opi suomea laulaen TÄYNNÄ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