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18:00-00:00 Elokuun iltasoitto: Bragen pelimannit ja Bragen kansantanssijat</w:t>
      </w:r>
    </w:p>
    <w:p>
      <w:r>
        <w:t>Brages spelmanslag ja Brages folkdanslagetin kansantanssijat palaavat neljännen kerran Vuotorille Elokuun iltasoitto -tapahtumaan.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