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Title"/>
      </w:pPr>
      <w:r>
        <w:t>Kasarmikatu 46-48, 00130, Helsinki</w:t>
      </w:r>
    </w:p>
    <w:p>
      <w:r>
        <w:t>6.12.2025-7.12.2025</w:t>
      </w:r>
    </w:p>
    <w:p>
      <w:pPr>
        <w:pStyle w:val="Heading1"/>
      </w:pPr>
      <w:r>
        <w:t>6.12.2025-7.12.2025</w:t>
      </w:r>
    </w:p>
    <w:p>
      <w:pPr>
        <w:pStyle w:val="Heading2"/>
      </w:pPr>
      <w:r>
        <w:t>13:00-00:00 Itsenäisyyspäivän rauhanmatinea - Äiti maa - isänmaa</w:t>
      </w:r>
    </w:p>
    <w:p>
      <w:r>
        <w:t>Suomen Rauhanliiton ja Sadankomitean perinteisessä itsenäisyyspäivä matineassa, 6.12 klo 13-15.30 on mukana kertomassa suhteestaan äitimaa – isänmaahan sekä rauhaan useita yhteiskunnan vaikuttajia tieteen, taiteen ja yhteiskunnan muilta aloilta sekä musiikkia ja tanssia kaikkien ikäluokkien makuun.Esiintyjinä mm. Pekka Haavisto, Paula Risikko, Bilal Hussein, CMI (TBD), Kjell Westo, Martti Koskenniemi, Li Andersson, Paleface, Timo Tuominen, Tamara Rasmussen opiston tanssiryhmä, Janne Mertanen, Ada Katz, Harri Saksala, Tuomo Uusitalo Trio (TBC), Nuorisokuoro All 4 Voices ja Arja Saijonmaa.Tilaisuuden juontaa Katariina Kaitue.Tilaisuus on hyvä aloitus Itsenäisyyspäivän viettoon.Ikäraja: SKesto n. 2 h 30 min, sisältää väliajan***Itsenäisyyspäivän rauhan matineaa voi seurata myös striimina.Striimi lippuja saatavilla 5 euron hintaan + tilausmaksut (alk. 1,50 € + 0,65 % tilauksesta).Lipun ostaneille lähetetään linkki katselualustaan, esityspäivänä klo 10.30 mennessä.Striimia voi seurata tapahtuman jälkeen vielä kuuden kuukauden ajan.</w:t>
      </w:r>
    </w:p>
    <w:p>
      <w:r>
        <w:t>10-30 €</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