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13:00-00:00 Pulpettikino: Biru Unjárga – Fucking Uuniemi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