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1.2.2026 sunnuntai</w:t>
      </w:r>
    </w:p>
    <w:p>
      <w:pPr>
        <w:pStyle w:val="Heading1"/>
      </w:pPr>
      <w:r>
        <w:t>1.2.2026-2.2.2026</w:t>
      </w:r>
    </w:p>
    <w:p>
      <w:pPr>
        <w:pStyle w:val="Heading2"/>
      </w:pPr>
      <w:r>
        <w:t>19:30-00:00 Cremulator</w:t>
      </w:r>
    </w:p>
    <w:p>
      <w:r>
        <w:t>Official Participant of Voices Berlin FestivalThis first production of the novel by Belarusian-born writer Sasha Filipenko tells the story of Peter Nesterenko, a White Guard officer who, after a long ordeal of emigration in the early 20th century, made a deal with the Soviet authorities and returned to his homeland. It is a tale of manipulation and the pursuit of one’s truth, of burning and blotting it out of several generations, of emigration and the wars of the last century, of a great love that loses its meaning when its dedicated audience is a tyrant.Filipenko’s book draws from historical evidence and interrogation notes recorded after Nesterenko’s arrest by the NKVD before his execution in 1942. The text was adapted for the theater by German playwright Johannes Kirsten and staged by the renowned theater director Maxim Didenko, who left Russia in 2022.Author of the novel: Sasha FilipenkoDirector: Maxim DidenkoPerformers:Maxim SukhanovSvetlana MamreshevaYang GeIgor TitovSet and costume designer: Alexander BarmenkovComposer: Sergej NewskiVideo artist: Oleg MikhailovLive-camera operator: Frol PodlesnyLighting designer: Alexander KurochkinPlaywright: Johannes KirstenGeneral Producer: Svetlana DolyaTechnical Director: Ilya ReizmanExecutive Producer: Ilya KuznetsovSupported by: NGO Kibbuz and ICFDuration: 1 hour 40 minutesAge restriction: 16+Language: Performed in Russian with English subtitles</w:t>
      </w:r>
    </w:p>
    <w:p>
      <w:r>
        <w:t>58-114 €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