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28.11.2025 perjantai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18:00-00:00 PERUTTU Kinetic Orchestra: Working Class Heroes</w:t>
      </w:r>
    </w:p>
    <w:p>
      <w:r>
        <w:t>Esitys on valitettavasti jouduttu perumaan loukkaantumisen vuoksi.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