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24.2.2026 tiistai</w:t>
      </w:r>
    </w:p>
    <w:p>
      <w:pPr>
        <w:pStyle w:val="Heading1"/>
      </w:pPr>
      <w:r>
        <w:t>24.2.2026-25.2.2026</w:t>
      </w:r>
    </w:p>
    <w:p>
      <w:pPr>
        <w:pStyle w:val="Heading2"/>
      </w:pPr>
      <w:r>
        <w:t>Grails (US) – -&gt; SIIRTYY KUUDENNELLE LINJALLE</w:t>
      </w:r>
    </w:p>
    <w:p>
      <w:r>
        <w:t>Grailsin konsertti 24. helmikuuta 2026 siirtyy Helsingin Savoy-teatterista Kuudennelle Linjalle. Tapahtuman päivämäärä ja oviaika pysyy samana, sekä jo ostetut liput käyvät uuteen tapahtumapaikkaan sellaisenaan.Kuudes Linja, Hämeentie 13, Helsinki. Sisäänkäynti pihan puolelta (Kaikukatu 4).***Näkemyksellisesti soundtrack-musiikkia, psykedeliaa ja progea musiikissaan yhdistelevä yhdysvaltalainen Grails palaa Suomeen ensi talvena.Kokeellisen musiikin suunnannäyttäjänä tunnustettu Grails on pitkän uransa aikana venyttänyt instrumentaalisen rockmusiikin rajoja yhdistelemällä ennakkoluulottomasti niin psykerockia, ambientia, jazzia, soft rockia kuin raskaampiakin sävyjä. 1990-luvun lopulla perustettu kokoonpano asemoi paikkansa metalli- ja vaihtoehtomusiikkipiireissä kahdella ensimmäisellä albumillaan Redlight (2004) ja Burning Off Impurities (2007). Vuonna 2012 yhtye julkaisi split-LP:n suomalaisen stonerin ja kraut rockin parissa seikkailevan Pharaoh Overlordin kanssa. Yhdysvaltalaiskokoonpanon tuorein studioalbumi, keväällä ilmestynyt Miracle Music ammentaa edelleen monikirjavista ja elektisistä lähteistä, mutta tekee sen melodisella voimalla, joka kohoaa jopa pyhän tuntuiseksi.Edellisen kerran Helsingissä loppuunmyydyllä Kuudes Linja -klubilla vuonna 2023 esiintyneen Grailsin elokuvallisia konsertteja pidetään intensiivisinä matkoina, joilla hiljaiset meditatiiviset kohdat vuorottelevat massiivisten purkausten kanssa, rakentaen lavalle kerroksellisen äänimaailman.Illan avausartistina nähdään mm. Osees – ja !!!- yhtyeistä tutun Paul Quattronen sooloprojekti Expensive $hit, joka yhdistelee vintage sähkörumpuja sekä akustisia rumpuja, luoden hypnoottisen ja kokeellisen rytmimaiseman afrobeatin, krautrockin ja dubin maustamassa musiikissaan.Ovet klo 18:00. Showtime vahvistuu myöhemmin.Permanto K18 anniskelualue. Parveke ikärajaton, ei anniskelua.</w:t>
      </w:r>
    </w:p>
    <w:p>
      <w:r>
        <w:t>24 / 29 €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