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12:00-00:00 UMO Helsinki Ensemble – The Harmonic Streams of Benny Golson – Lounaskonsertti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