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2.6.2026 tiistai</w:t>
      </w:r>
    </w:p>
    <w:p>
      <w:pPr>
        <w:pStyle w:val="Heading1"/>
      </w:pPr>
      <w:r>
        <w:t>2.6.2026-3.6.2026</w:t>
      </w:r>
    </w:p>
    <w:p>
      <w:pPr>
        <w:pStyle w:val="Heading2"/>
      </w:pPr>
      <w:r>
        <w:t>19:00-00:00 BLOOD BERRIES: JUSTICE FOR THAI BERRY PICKERS – Kino Caisa: I Don't Dream of Labour</w:t>
      </w:r>
    </w:p>
    <w:p>
      <w:r>
        <w:t>Millaisia unelmia meille myydään vapauden keinoina? Entä mitä tapahtuu, kun nämä unelmat särkyvät?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