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18:00-00:00 Global Club Nights: Taiwania &amp; Chico Matada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