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18:00-00:00 CAROLA!</w:t>
      </w:r>
    </w:p>
    <w:p>
      <w:r>
        <w:t>CAROLA-tribuutti Carolan musiikille on keväällä 2013 perustettu helsinkiläisistä ammattimuusikoista koottu yhtye.</w:t>
      </w:r>
    </w:p>
    <w:p>
      <w:r>
        <w:t>33€ /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