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31.1.2026-1.2.2026</w:t>
      </w:r>
    </w:p>
    <w:p>
      <w:pPr>
        <w:pStyle w:val="Heading1"/>
      </w:pPr>
      <w:r>
        <w:t>31.1.2026-1.2.2026</w:t>
      </w:r>
    </w:p>
    <w:p>
      <w:pPr>
        <w:pStyle w:val="Heading2"/>
      </w:pPr>
      <w:r>
        <w:t>18:00-00:00 Itäkuskus stand-up -klubi K18</w:t>
      </w:r>
    </w:p>
    <w:p>
      <w:r>
        <w:t>Itäkuskus-klubi on hulvaton stand up -ilta, josta on lyhyessä ajassa tullut ilmiö. ”Tarjoamme yleisölle vitsejä ja kielioppivirheitä!"</w:t>
      </w:r>
    </w:p>
    <w:p>
      <w:r>
        <w:t>24,50€/19€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