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18:00-00:00 Yleisön suosikit: 100 litraa sahtia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