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18:00-00:00 LOPPUUNMYYTY: Antti Autio – Levynjulkaisukiertue</w:t>
      </w:r>
    </w:p>
    <w:p>
      <w:r>
        <w:t>Antti Autio konsertoi Vuotalossa uuden, viidennen albuminsa julkaisun kunniaksi.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