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18:00-00:00 The Sounds – Armas Festival</w:t>
      </w:r>
    </w:p>
    <w:p>
      <w:r>
        <w:t>Suomalainen pop- ja rautalankayhtye The Sounds soi edelleen ja tällä kertaa Vuotalossa!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