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16:00-18:00 Luova hetki - avoin taidepaja – Muovipussit uuteen käyttöön!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