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29.4.2026 keskiviikko</w:t>
      </w:r>
    </w:p>
    <w:p>
      <w:pPr>
        <w:pStyle w:val="Heading1"/>
      </w:pPr>
      <w:r>
        <w:t>29.4.2026 keskiviikko</w:t>
      </w:r>
    </w:p>
    <w:p>
      <w:pPr>
        <w:pStyle w:val="Heading2"/>
      </w:pPr>
      <w:r>
        <w:t>19:00-21:30 Tanssin päivän klubikonsertti ja tanssijamit</w:t>
      </w:r>
    </w:p>
    <w:p>
      <w:r>
        <w:t>Kanneltalossa vietetään Tanssin päivää ja vappuetkoja klubikonsertin ja jamitanssien merkeissä muusikko Anne-Mari Kivimäen ja vieraiden johdattamana. Maksuton klubi on kaikille avoin. Tule suoraan jamittelemaan ja tanssimaan tai nauti ensin klo 18 alkava Gallinago gallinago - taivaanvuohi tanssiesitys Kannelsalissa ja jää kanssamme viettämään Tanssin päivää ja vappuetkoja Kanneltalon kahvilan stagelle.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