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18:00-19:00 Mirjamin runot</w:t>
      </w:r>
    </w:p>
    <w:p>
      <w:r>
        <w:t>Elämäntyönsä Tervolassa opettajana tehnyt 94-vuotias Mirjami Lehto on kirjoittanut valtavan määrän runoja, joista Tervola Group on valinnut esitettäväkseen 50 runon kokoelman.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