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10:00-12:00 Kesän taidepajat Vuotalossa – Kuplamaalaus</w:t>
      </w:r>
    </w:p>
    <w:p>
      <w:r>
        <w:t>Tule tekemään ihania taidejuttuja 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